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3AC7" w14:textId="77777777" w:rsidR="00050BC4" w:rsidRDefault="00677396">
      <w:pPr>
        <w:spacing w:after="240"/>
      </w:pPr>
      <w:r>
        <w:t>Surabaya, September 8, 2026</w:t>
      </w:r>
    </w:p>
    <w:p w14:paraId="79A7C120" w14:textId="77777777" w:rsidR="00050BC4" w:rsidRDefault="00677396">
      <w:pPr>
        <w:spacing w:after="360"/>
      </w:pPr>
      <w:r>
        <w:t>To:</w:t>
      </w:r>
      <w:r>
        <w:br/>
        <w:t>The Hiring Manager</w:t>
      </w:r>
      <w:r>
        <w:br/>
        <w:t>Orsted Education</w:t>
      </w:r>
      <w:r>
        <w:br/>
        <w:t>Surabaya</w:t>
      </w:r>
    </w:p>
    <w:p w14:paraId="33A8EADA" w14:textId="77777777" w:rsidR="00050BC4" w:rsidRDefault="00677396">
      <w:pPr>
        <w:spacing w:after="240"/>
      </w:pPr>
      <w:r>
        <w:t>Dear Hiring Manager,</w:t>
      </w:r>
    </w:p>
    <w:p w14:paraId="72467B31" w14:textId="77777777" w:rsidR="00050BC4" w:rsidRDefault="00677396">
      <w:pPr>
        <w:spacing w:after="240"/>
      </w:pPr>
      <w:r>
        <w:t>I am writing to apply for the Part-Time position at Orsted Education. I am a 4th-semester student with good communication and time management skills.</w:t>
      </w:r>
    </w:p>
    <w:p w14:paraId="14F10A61" w14:textId="77777777" w:rsidR="00050BC4" w:rsidRDefault="00677396">
      <w:pPr>
        <w:spacing w:after="240"/>
      </w:pPr>
      <w:r>
        <w:t>My experiences in student organizations (BEM and Dance Club) have taught me how to work well in a team and manage events. I am a quick learner, responsible, and highly adaptable to new environments.</w:t>
      </w:r>
    </w:p>
    <w:p w14:paraId="7E27DD36" w14:textId="77777777" w:rsidR="00050BC4" w:rsidRDefault="00677396">
      <w:pPr>
        <w:spacing w:after="240"/>
      </w:pPr>
      <w:r>
        <w:t>I am very interested in this position because the flexible shift system fits perfectly with my college schedule. I am ready to work hard and give my best contribution to your team.</w:t>
      </w:r>
    </w:p>
    <w:p w14:paraId="5A5E66BD" w14:textId="77777777" w:rsidR="00050BC4" w:rsidRDefault="00677396">
      <w:pPr>
        <w:spacing w:after="480"/>
      </w:pPr>
      <w:r>
        <w:t>Thank you for your time and consideration. I have attached my CV for your review.</w:t>
      </w:r>
    </w:p>
    <w:p w14:paraId="72983FBE" w14:textId="77777777" w:rsidR="00050BC4" w:rsidRDefault="00677396">
      <w:pPr>
        <w:spacing w:after="960"/>
      </w:pPr>
      <w:r>
        <w:t>Sincerely,</w:t>
      </w:r>
    </w:p>
    <w:p w14:paraId="55D2491E" w14:textId="77777777" w:rsidR="00050BC4" w:rsidRDefault="00677396">
      <w:r w:rsidRPr="004978EC">
        <w:rPr>
          <w:bCs/>
        </w:rPr>
        <w:t>Alvira</w:t>
      </w:r>
      <w:r>
        <w:rPr>
          <w:b/>
        </w:rPr>
        <w:t xml:space="preserve"> </w:t>
      </w:r>
      <w:r w:rsidRPr="004978EC">
        <w:rPr>
          <w:bCs/>
        </w:rPr>
        <w:t>Larasati</w:t>
      </w:r>
      <w:r>
        <w:rPr>
          <w:b/>
        </w:rPr>
        <w:t xml:space="preserve"> </w:t>
      </w:r>
      <w:r w:rsidRPr="004978EC">
        <w:rPr>
          <w:bCs/>
        </w:rPr>
        <w:t>Dewi</w:t>
      </w:r>
    </w:p>
    <w:sectPr w:rsidR="00050BC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omorDafta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omorDafta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oinDaftar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oinDaftar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omorDafta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oinDaft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7453401">
    <w:abstractNumId w:val="8"/>
  </w:num>
  <w:num w:numId="2" w16cid:durableId="567687776">
    <w:abstractNumId w:val="6"/>
  </w:num>
  <w:num w:numId="3" w16cid:durableId="1405757498">
    <w:abstractNumId w:val="5"/>
  </w:num>
  <w:num w:numId="4" w16cid:durableId="1692342678">
    <w:abstractNumId w:val="4"/>
  </w:num>
  <w:num w:numId="5" w16cid:durableId="909004479">
    <w:abstractNumId w:val="7"/>
  </w:num>
  <w:num w:numId="6" w16cid:durableId="1064987506">
    <w:abstractNumId w:val="3"/>
  </w:num>
  <w:num w:numId="7" w16cid:durableId="13193527">
    <w:abstractNumId w:val="2"/>
  </w:num>
  <w:num w:numId="8" w16cid:durableId="1481574489">
    <w:abstractNumId w:val="1"/>
  </w:num>
  <w:num w:numId="9" w16cid:durableId="178044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BC4"/>
    <w:rsid w:val="0006063C"/>
    <w:rsid w:val="0015074B"/>
    <w:rsid w:val="0029639D"/>
    <w:rsid w:val="00326F90"/>
    <w:rsid w:val="004978EC"/>
    <w:rsid w:val="00677396"/>
    <w:rsid w:val="008F79E6"/>
    <w:rsid w:val="00937959"/>
    <w:rsid w:val="00AA1D8D"/>
    <w:rsid w:val="00B47730"/>
    <w:rsid w:val="00CB0664"/>
    <w:rsid w:val="00F867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C3C287"/>
  <w14:defaultImageDpi w14:val="300"/>
  <w15:docId w15:val="{569E3C3D-E465-5A4D-9382-CC348518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Judul1">
    <w:name w:val="heading 1"/>
    <w:basedOn w:val="Normal"/>
    <w:next w:val="Normal"/>
    <w:link w:val="Judul1K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618BF"/>
  </w:style>
  <w:style w:type="paragraph" w:styleId="Footer">
    <w:name w:val="footer"/>
    <w:basedOn w:val="Normal"/>
    <w:link w:val="FooterK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618BF"/>
  </w:style>
  <w:style w:type="paragraph" w:styleId="TidakAdaSpasi">
    <w:name w:val="No Spacing"/>
    <w:uiPriority w:val="1"/>
    <w:qFormat/>
    <w:rsid w:val="00FC693F"/>
    <w:pPr>
      <w:spacing w:after="0" w:line="240" w:lineRule="auto"/>
    </w:pPr>
  </w:style>
  <w:style w:type="character" w:customStyle="1" w:styleId="Judul1KAR">
    <w:name w:val="Judul 1 KAR"/>
    <w:basedOn w:val="FontParagrafDefault"/>
    <w:link w:val="Judul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Judul2KAR">
    <w:name w:val="Judul 2 KAR"/>
    <w:basedOn w:val="FontParagrafDefault"/>
    <w:link w:val="Judul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Judul3KAR">
    <w:name w:val="Judul 3 KAR"/>
    <w:basedOn w:val="FontParagrafDefault"/>
    <w:link w:val="Judul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">
    <w:name w:val="Title"/>
    <w:basedOn w:val="Normal"/>
    <w:next w:val="Normal"/>
    <w:link w:val="JudulK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JudulKAR">
    <w:name w:val="Judul KAR"/>
    <w:basedOn w:val="FontParagrafDefault"/>
    <w:link w:val="Judu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judul">
    <w:name w:val="Subtitle"/>
    <w:basedOn w:val="Normal"/>
    <w:next w:val="Normal"/>
    <w:link w:val="SubjudulK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judulKAR">
    <w:name w:val="Subjudul KAR"/>
    <w:basedOn w:val="FontParagrafDefault"/>
    <w:link w:val="Subjud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Daftar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ksIsi">
    <w:name w:val="Body Text"/>
    <w:basedOn w:val="Normal"/>
    <w:link w:val="TeksIsiKAR"/>
    <w:uiPriority w:val="99"/>
    <w:unhideWhenUsed/>
    <w:rsid w:val="00AA1D8D"/>
    <w:pPr>
      <w:spacing w:after="120"/>
    </w:pPr>
  </w:style>
  <w:style w:type="character" w:customStyle="1" w:styleId="TeksIsiKAR">
    <w:name w:val="Teks Isi KAR"/>
    <w:basedOn w:val="FontParagrafDefault"/>
    <w:link w:val="TeksIsi"/>
    <w:uiPriority w:val="99"/>
    <w:rsid w:val="00AA1D8D"/>
  </w:style>
  <w:style w:type="paragraph" w:styleId="TeksIsi2">
    <w:name w:val="Body Text 2"/>
    <w:basedOn w:val="Normal"/>
    <w:link w:val="TeksIsi2KAR"/>
    <w:uiPriority w:val="99"/>
    <w:unhideWhenUsed/>
    <w:rsid w:val="00AA1D8D"/>
    <w:pPr>
      <w:spacing w:after="120" w:line="480" w:lineRule="auto"/>
    </w:pPr>
  </w:style>
  <w:style w:type="character" w:customStyle="1" w:styleId="TeksIsi2KAR">
    <w:name w:val="Teks Isi 2 KAR"/>
    <w:basedOn w:val="FontParagrafDefault"/>
    <w:link w:val="TeksIsi2"/>
    <w:uiPriority w:val="99"/>
    <w:rsid w:val="00AA1D8D"/>
  </w:style>
  <w:style w:type="paragraph" w:styleId="TeksIsi3">
    <w:name w:val="Body Text 3"/>
    <w:basedOn w:val="Normal"/>
    <w:link w:val="TeksIsi3K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Isi3KAR">
    <w:name w:val="Teks Isi 3 KAR"/>
    <w:basedOn w:val="FontParagrafDefault"/>
    <w:link w:val="TeksIsi3"/>
    <w:uiPriority w:val="99"/>
    <w:rsid w:val="00AA1D8D"/>
    <w:rPr>
      <w:sz w:val="16"/>
      <w:szCs w:val="16"/>
    </w:rPr>
  </w:style>
  <w:style w:type="paragraph" w:styleId="Daftar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Daftar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Daftar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oinDaftar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oinDaftar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oinDaftar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omorDafta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omorDafta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omorDafta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DaftarBerkelanjutan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DaftarBerkelanjutan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DaftarBerkelanjutan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Makro">
    <w:name w:val="macro"/>
    <w:link w:val="TeksMakroK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MakroKAR">
    <w:name w:val="Teks Makro KAR"/>
    <w:basedOn w:val="FontParagrafDefault"/>
    <w:link w:val="TeksMakro"/>
    <w:uiPriority w:val="99"/>
    <w:rsid w:val="0029639D"/>
    <w:rPr>
      <w:rFonts w:ascii="Courier" w:hAnsi="Courier"/>
      <w:sz w:val="20"/>
      <w:szCs w:val="20"/>
    </w:rPr>
  </w:style>
  <w:style w:type="paragraph" w:styleId="Kutipan">
    <w:name w:val="Quote"/>
    <w:basedOn w:val="Normal"/>
    <w:next w:val="Normal"/>
    <w:link w:val="KutipanKAR"/>
    <w:uiPriority w:val="29"/>
    <w:qFormat/>
    <w:rsid w:val="00FC693F"/>
    <w:rPr>
      <w:i/>
      <w:iCs/>
      <w:color w:val="000000" w:themeColor="text1"/>
    </w:rPr>
  </w:style>
  <w:style w:type="character" w:customStyle="1" w:styleId="KutipanKAR">
    <w:name w:val="Kutipan KAR"/>
    <w:basedOn w:val="FontParagrafDefault"/>
    <w:link w:val="Kutipan"/>
    <w:uiPriority w:val="29"/>
    <w:rsid w:val="00FC693F"/>
    <w:rPr>
      <w:i/>
      <w:iCs/>
      <w:color w:val="000000" w:themeColor="text1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eteranga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uat">
    <w:name w:val="Strong"/>
    <w:basedOn w:val="FontParagrafDefault"/>
    <w:uiPriority w:val="22"/>
    <w:qFormat/>
    <w:rsid w:val="00FC693F"/>
    <w:rPr>
      <w:b/>
      <w:bCs/>
    </w:rPr>
  </w:style>
  <w:style w:type="character" w:styleId="Penekanan">
    <w:name w:val="Emphasis"/>
    <w:basedOn w:val="FontParagrafDefault"/>
    <w:uiPriority w:val="20"/>
    <w:qFormat/>
    <w:rsid w:val="00FC693F"/>
    <w:rPr>
      <w:i/>
      <w:iCs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C693F"/>
    <w:rPr>
      <w:b/>
      <w:bCs/>
      <w:i/>
      <w:iCs/>
      <w:color w:val="4F81BD" w:themeColor="accent1"/>
    </w:rPr>
  </w:style>
  <w:style w:type="character" w:styleId="PenekananHalus">
    <w:name w:val="Subtle Emphasis"/>
    <w:basedOn w:val="FontParagrafDefault"/>
    <w:uiPriority w:val="19"/>
    <w:qFormat/>
    <w:rsid w:val="00FC693F"/>
    <w:rPr>
      <w:i/>
      <w:iCs/>
      <w:color w:val="808080" w:themeColor="text1" w:themeTint="7F"/>
    </w:rPr>
  </w:style>
  <w:style w:type="character" w:styleId="PenekananKeras">
    <w:name w:val="Intense Emphasis"/>
    <w:basedOn w:val="FontParagrafDefault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siRumit">
    <w:name w:val="Subtle Reference"/>
    <w:basedOn w:val="FontParagrafDefault"/>
    <w:uiPriority w:val="31"/>
    <w:qFormat/>
    <w:rsid w:val="00FC693F"/>
    <w:rPr>
      <w:smallCaps/>
      <w:color w:val="C0504D" w:themeColor="accent2"/>
      <w:u w:val="single"/>
    </w:rPr>
  </w:style>
  <w:style w:type="character" w:styleId="ReferensiyangSering">
    <w:name w:val="Intense Reference"/>
    <w:basedOn w:val="FontParagrafDefaul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JudulBuku">
    <w:name w:val="Book Title"/>
    <w:basedOn w:val="FontParagrafDefault"/>
    <w:uiPriority w:val="33"/>
    <w:qFormat/>
    <w:rsid w:val="00FC693F"/>
    <w:rPr>
      <w:b/>
      <w:bCs/>
      <w:smallCaps/>
      <w:spacing w:val="5"/>
    </w:rPr>
  </w:style>
  <w:style w:type="paragraph" w:styleId="JudulTOC">
    <w:name w:val="TOC Heading"/>
    <w:basedOn w:val="Judul1"/>
    <w:next w:val="Normal"/>
    <w:uiPriority w:val="39"/>
    <w:semiHidden/>
    <w:unhideWhenUsed/>
    <w:qFormat/>
    <w:rsid w:val="00FC693F"/>
    <w:pPr>
      <w:outlineLvl w:val="9"/>
    </w:pPr>
  </w:style>
  <w:style w:type="table" w:styleId="Kisi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yanganTip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BayanganCahaya-Aksen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BayanganCahaya-Aksen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BayanganCahaya-Aksen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BayanganCahaya-Aksen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BayanganCahaya-Aksen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BayanganCahaya-Aksen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DaftarCahaya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aftarCahaya-Aksen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DaftarCahaya-Aksen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DaftarCahaya-Aksen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DaftarCahaya-Aksen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DaftarCahaya-Aksen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DaftarCahaya-Aksen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KisiCahaya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KisiCahaya-Aksen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KisiCahaya-Aksen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KisiCahaya-Aksen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KisiCahaya-Aksen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KisiCahaya-Aksen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KisiCahaya-Aksen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BayanganSedang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ftarSedang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DaftarSedang1-Aksen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DaftarSedang1-Aksen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DaftarSedang1-Aksen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DaftarSedang1-Aksen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DaftarSedang1-Aksen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DaftarSedang1-Aksen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DaftarSedang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isiSedang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Sedang1-Aksen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Sedang1-Aksen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Sedang1-Aksen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Sedang1-Aksen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Sedang1-Aksen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Sedang1-Aksen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isiSedang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isiSedang3-Aksen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isiSedang3-Aksen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isiSedang3-Aksen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isiSedang3-Aksen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isiSedang3-Aksen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isiSedang3-Aksen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ftarGelap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ftarGelap-Aksen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ftarGelap-Aksen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ftarGelap-Aksen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ftarGelap-Aksen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ftarGelap-Aksen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ftarGelap-Aksen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yanganBerwarna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yanganBerwarna-Aksen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ftarBerwarna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DaftarBerwarna-Aksen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DaftarBerwarna-Aksen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DaftarBerwarna-Aksen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DaftarBerwarna-Aksen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DaftarBerwarna-Aksen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DaftarBerwarna-Aksen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isiBerwarna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Berwarna-Aksen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Berwarna-Aksen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Berwarna-Aksen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Berwarna-Aksen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Berwarna-Aksen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Berwarna-Aksen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Viraa Larasati</cp:lastModifiedBy>
  <cp:revision>2</cp:revision>
  <dcterms:created xsi:type="dcterms:W3CDTF">2026-09-08T09:54:00Z</dcterms:created>
  <dcterms:modified xsi:type="dcterms:W3CDTF">2026-09-08T09:54:00Z</dcterms:modified>
  <cp:category/>
</cp:coreProperties>
</file>