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r>
        <w:t>SURAT LAMARAN KERJA</w:t>
        <w:br/>
      </w:r>
    </w:p>
    <w:p>
      <w:r>
        <w:t xml:space="preserve">Kepada Yth. </w:t>
      </w:r>
    </w:p>
    <w:p>
      <w:r>
        <w:t xml:space="preserve">Bapak/Ibu Kepala Sekolah Saim Elementry </w:t>
        <w:br/>
        <w:t>Di Tempat</w:t>
      </w:r>
    </w:p>
    <w:p>
      <w:r>
        <w:t>Dengan hormat,</w:t>
      </w:r>
    </w:p>
    <w:p>
      <w:r>
        <w:t>Saya yang bertanda tangan di bawah ini:</w:t>
      </w:r>
    </w:p>
    <w:p>
      <w:pPr>
        <w:spacing w:line="360" w:lineRule="auto"/>
      </w:pPr>
      <w:r>
        <w:br/>
        <w:t>Nama        : Rachmad Nasrullah</w:t>
        <w:br/>
        <w:t>Tempat/Tgl Lahir : Sragen, 25 Juli 2002</w:t>
        <w:br/>
        <w:t>Alamat      : Jl Kedung Baruk GG 7/4c</w:t>
        <w:br/>
        <w:t>No. HP      : 085772767154</w:t>
        <w:br/>
        <w:t>Email       : rachmadnasrullah2507@gmail.com</w:t>
        <w:br/>
      </w:r>
    </w:p>
    <w:p>
      <w:r>
        <w:t>Dengan ini saya mengajukan lamaran pekerjaan sebagai pelatih badminton instansi yang Bapak/Ibu pimpin. Saya memiliki minat dan pengalaman dalam bidang olahraga khususnya badminton</w:t>
      </w:r>
      <w:bookmarkStart w:id="0" w:name="_GoBack"/>
      <w:bookmarkEnd w:id="0"/>
      <w:r>
        <w:t>, serta memiliki kemampuan dalam melatih, mengarahkan tim, dan membangun kerja sama yang baik antar pemain.</w:t>
        <w:br/>
      </w:r>
    </w:p>
    <w:p>
      <w:r>
        <w:t>Sebagai bahan pertimbangan, saya lampirkan beberapa dokumen pendukung. Besar harapan saya untuk dapat diberikan kesempatan wawancara agar saya dapat menjelaskan lebih lanjut mengenai kemampuan saya.</w:t>
        <w:br/>
      </w:r>
    </w:p>
    <w:p>
      <w:r>
        <w:t>Demikian surat lamaran ini saya buat dengan sebenar-benarnya. Atas perhatian dan kesempatan yang diberikan, saya ucapkan terima kasih.</w:t>
        <w:br/>
      </w:r>
    </w:p>
    <w:p>
      <w:r>
        <w:t>Hormat saya,</w:t>
        <w:br/>
        <w:br/>
        <w:br/>
        <w:t>Rachmad Nasrullah</w:t>
      </w:r>
    </w:p>
    <w:sectPr>
      <w:pgSz w:w="12240" w:h="15840"/>
      <w:pgMar w:top="1440" w:right="1800" w:bottom="1440" w:left="1800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FFFFFF89"/>
    <w:multiLevelType w:val="singleLevel"/>
    <w:tmpl w:val="29761A62"/>
    <w:lvl w:ilvl="0">
      <w:start w:val="1"/>
      <w:numFmt w:val="bullet"/>
      <w:lvlRestart w:val="0"/>
      <w:pStyle w:val="27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Restart w:val="0"/>
      <w:pStyle w:val="28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Restart w:val="0"/>
      <w:pStyle w:val="29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numFmt w:val="decimal"/>
      <w:lvlRestart w:val="0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7F"/>
    <w:multiLevelType w:val="singleLevel"/>
    <w:tmpl w:val="38441652"/>
    <w:lvl w:ilvl="0">
      <w:start w:val="1"/>
      <w:numFmt w:val="decimal"/>
      <w:lvlRestart w:val="0"/>
      <w:pStyle w:val="3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7E"/>
    <w:multiLevelType w:val="singleLevel"/>
    <w:tmpl w:val="FB12693A"/>
    <w:lvl w:ilvl="0">
      <w:start w:val="1"/>
      <w:numFmt w:val="decimal"/>
      <w:lvlRestart w:val="0"/>
      <w:pStyle w:val="32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2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Calibri" w:eastAsia="ＭＳ ゴシック" w:cs="Times New Roman" w:hAnsi="Calibri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Calibri" w:eastAsia="ＭＳ ゴシック" w:cs="Times New Roman" w:hAnsi="Calibri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00" w:after="0"/>
      <w:outlineLvl w:val="2"/>
    </w:pPr>
    <w:rPr>
      <w:rFonts w:ascii="Calibri" w:eastAsia="ＭＳ ゴシック" w:cs="Times New Roman" w:hAnsi="Calibri"/>
      <w:b/>
      <w:bCs/>
      <w:color w:val="4F81BD"/>
    </w:rPr>
  </w:style>
  <w:style w:type="paragraph" w:styleId="4">
    <w:name w:val="heading 4"/>
    <w:basedOn w:val="0"/>
    <w:next w:val="0"/>
    <w:pPr>
      <w:keepNext/>
      <w:keepLines/>
      <w:spacing w:before="200" w:after="0"/>
      <w:outlineLvl w:val="3"/>
    </w:pPr>
    <w:rPr>
      <w:rFonts w:ascii="Calibri" w:eastAsia="ＭＳ ゴシック" w:cs="Times New Roman" w:hAnsi="Calibri"/>
      <w:b/>
      <w:bCs/>
      <w:i/>
      <w:iCs/>
      <w:color w:val="4F81BD"/>
    </w:rPr>
  </w:style>
  <w:style w:type="paragraph" w:styleId="5">
    <w:name w:val="heading 5"/>
    <w:basedOn w:val="0"/>
    <w:next w:val="0"/>
    <w:pPr>
      <w:keepNext/>
      <w:keepLines/>
      <w:spacing w:before="200" w:after="0"/>
      <w:outlineLvl w:val="4"/>
    </w:pPr>
    <w:rPr>
      <w:rFonts w:ascii="Calibri" w:eastAsia="ＭＳ ゴシック" w:cs="Times New Roman" w:hAnsi="Calibri"/>
      <w:color w:val="243F60"/>
    </w:rPr>
  </w:style>
  <w:style w:type="paragraph" w:styleId="6">
    <w:name w:val="heading 6"/>
    <w:basedOn w:val="0"/>
    <w:next w:val="0"/>
    <w:pPr>
      <w:keepNext/>
      <w:keepLines/>
      <w:spacing w:before="200" w:after="0"/>
      <w:outlineLvl w:val="5"/>
    </w:pPr>
    <w:rPr>
      <w:rFonts w:ascii="Calibri" w:eastAsia="ＭＳ ゴシック" w:cs="Times New Roman" w:hAnsi="Calibri"/>
      <w:i/>
      <w:iCs/>
      <w:color w:val="243F60"/>
    </w:rPr>
  </w:style>
  <w:style w:type="paragraph" w:styleId="7">
    <w:name w:val="heading 7"/>
    <w:basedOn w:val="0"/>
    <w:next w:val="0"/>
    <w:pPr>
      <w:keepNext/>
      <w:keepLines/>
      <w:spacing w:before="200" w:after="0"/>
      <w:outlineLvl w:val="6"/>
    </w:pPr>
    <w:rPr>
      <w:rFonts w:ascii="Calibri" w:eastAsia="ＭＳ ゴシック" w:cs="Times New Roman" w:hAnsi="Calibri"/>
      <w:i/>
      <w:iCs/>
      <w:color w:val="404040"/>
    </w:rPr>
  </w:style>
  <w:style w:type="paragraph" w:styleId="8">
    <w:name w:val="heading 8"/>
    <w:basedOn w:val="0"/>
    <w:next w:val="0"/>
    <w:pPr>
      <w:keepNext/>
      <w:keepLines/>
      <w:spacing w:before="200" w:after="0"/>
      <w:outlineLvl w:val="7"/>
    </w:pPr>
    <w:rPr>
      <w:rFonts w:ascii="Calibri" w:eastAsia="ＭＳ ゴシック" w:cs="Times New Roman" w:hAnsi="Calibri"/>
      <w:color w:val="4F81BD"/>
      <w:sz w:val="20"/>
      <w:szCs w:val="20"/>
    </w:rPr>
  </w:style>
  <w:style w:type="paragraph" w:styleId="9">
    <w:name w:val="heading 9"/>
    <w:basedOn w:val="0"/>
    <w:next w:val="0"/>
    <w:pPr>
      <w:keepNext/>
      <w:keepLines/>
      <w:spacing w:before="200" w:after="0"/>
      <w:outlineLvl w:val="8"/>
    </w:pPr>
    <w:rPr>
      <w:rFonts w:ascii="Calibri" w:eastAsia="ＭＳ ゴシック" w:cs="Times New Roman" w:hAnsi="Calibri"/>
      <w:i/>
      <w:iCs/>
      <w:color w:val="404040"/>
      <w:sz w:val="20"/>
      <w:szCs w:val="20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foot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17">
    <w:name w:val="No Spacing"/>
    <w:pPr>
      <w:spacing w:after="0" w:line="240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8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ＭＳ ゴシック" w:cs="Times New Roman" w:hAnsi="Calibri"/>
      <w:color w:val="17365D"/>
      <w:spacing w:val="5"/>
      <w:kern w:val="28"/>
      <w:sz w:val="52"/>
      <w:szCs w:val="52"/>
    </w:rPr>
  </w:style>
  <w:style w:type="paragraph" w:styleId="19">
    <w:name w:val="Subtitle"/>
    <w:basedOn w:val="0"/>
    <w:next w:val="0"/>
    <w:rPr>
      <w:rFonts w:ascii="Calibri" w:eastAsia="ＭＳ ゴシック" w:cs="Times New Roman" w:hAnsi="Calibri"/>
      <w:i/>
      <w:iCs/>
      <w:color w:val="4F81BD"/>
      <w:spacing w:val="15"/>
      <w:sz w:val="24"/>
      <w:szCs w:val="24"/>
    </w:rPr>
  </w:style>
  <w:style w:type="paragraph" w:customStyle="1" w:styleId="20">
    <w:name w:val="List Paragraph"/>
    <w:basedOn w:val="0"/>
    <w:pPr>
      <w:ind w:left="720"/>
      <w:contextualSpacing/>
    </w:pPr>
  </w:style>
  <w:style w:type="paragraph" w:styleId="21">
    <w:name w:val="Body Text"/>
    <w:basedOn w:val="0"/>
    <w:pPr>
      <w:spacing w:after="120"/>
    </w:pPr>
  </w:style>
  <w:style w:type="paragraph" w:styleId="22">
    <w:name w:val="Body Text 2"/>
    <w:basedOn w:val="0"/>
    <w:pPr>
      <w:spacing w:after="120" w:line="480" w:lineRule="auto"/>
    </w:pPr>
  </w:style>
  <w:style w:type="paragraph" w:styleId="23">
    <w:name w:val="Body Text 3"/>
    <w:basedOn w:val="0"/>
    <w:pPr>
      <w:spacing w:after="120"/>
    </w:pPr>
    <w:rPr>
      <w:sz w:val="16"/>
      <w:szCs w:val="16"/>
    </w:rPr>
  </w:style>
  <w:style w:type="paragraph" w:styleId="24">
    <w:name w:val="List"/>
    <w:basedOn w:val="0"/>
    <w:pPr>
      <w:ind w:left="360" w:hanging="360"/>
      <w:contextualSpacing/>
    </w:pPr>
  </w:style>
  <w:style w:type="paragraph" w:styleId="25">
    <w:name w:val="List 2"/>
    <w:basedOn w:val="0"/>
    <w:pPr>
      <w:ind w:left="720" w:hanging="360"/>
      <w:contextualSpacing/>
    </w:pPr>
  </w:style>
  <w:style w:type="paragraph" w:styleId="26">
    <w:name w:val="List 3"/>
    <w:basedOn w:val="0"/>
    <w:pPr>
      <w:ind w:left="1080" w:hanging="360"/>
      <w:contextualSpacing/>
    </w:pPr>
  </w:style>
  <w:style w:type="paragraph" w:styleId="27">
    <w:name w:val="List Bullet"/>
    <w:basedOn w:val="0"/>
    <w:pPr>
      <w:numPr>
        <w:ilvl w:val="0"/>
        <w:numId w:val="1"/>
      </w:numPr>
      <w:contextualSpacing/>
    </w:pPr>
  </w:style>
  <w:style w:type="paragraph" w:styleId="28">
    <w:name w:val="List Bullet 2"/>
    <w:basedOn w:val="0"/>
    <w:pPr>
      <w:numPr>
        <w:ilvl w:val="0"/>
        <w:numId w:val="2"/>
      </w:numPr>
      <w:contextualSpacing/>
    </w:pPr>
  </w:style>
  <w:style w:type="paragraph" w:styleId="29">
    <w:name w:val="List Bullet 3"/>
    <w:basedOn w:val="0"/>
    <w:pPr>
      <w:numPr>
        <w:ilvl w:val="0"/>
        <w:numId w:val="3"/>
      </w:numPr>
      <w:contextualSpacing/>
    </w:pPr>
  </w:style>
  <w:style w:type="paragraph" w:styleId="30">
    <w:name w:val="List Number"/>
    <w:basedOn w:val="0"/>
    <w:pPr>
      <w:numPr>
        <w:ilvl w:val="0"/>
        <w:numId w:val="4"/>
      </w:numPr>
      <w:contextualSpacing/>
    </w:pPr>
  </w:style>
  <w:style w:type="paragraph" w:styleId="31">
    <w:name w:val="List Number 2"/>
    <w:basedOn w:val="0"/>
    <w:pPr>
      <w:numPr>
        <w:ilvl w:val="0"/>
        <w:numId w:val="5"/>
      </w:numPr>
      <w:contextualSpacing/>
    </w:pPr>
  </w:style>
  <w:style w:type="paragraph" w:styleId="32">
    <w:name w:val="List Number 3"/>
    <w:basedOn w:val="0"/>
    <w:pPr>
      <w:numPr>
        <w:ilvl w:val="0"/>
        <w:numId w:val="6"/>
      </w:numPr>
      <w:contextualSpacing/>
    </w:pPr>
  </w:style>
  <w:style w:type="paragraph" w:styleId="33">
    <w:name w:val="List Continue"/>
    <w:basedOn w:val="0"/>
    <w:pPr>
      <w:spacing w:after="120"/>
      <w:ind w:left="360"/>
      <w:contextualSpacing/>
    </w:pPr>
  </w:style>
  <w:style w:type="paragraph" w:styleId="34">
    <w:name w:val="List Continue 2"/>
    <w:basedOn w:val="0"/>
    <w:pPr>
      <w:spacing w:after="120"/>
      <w:ind w:left="720"/>
      <w:contextualSpacing/>
    </w:pPr>
  </w:style>
  <w:style w:type="paragraph" w:styleId="35">
    <w:name w:val="List Continue 3"/>
    <w:basedOn w:val="0"/>
    <w:pPr>
      <w:spacing w:after="120"/>
      <w:ind w:left="1080"/>
      <w:contextualSpacing/>
    </w:pPr>
  </w:style>
  <w:style w:type="paragraph" w:styleId="36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eastAsia="en-US" w:bidi="ar-SA"/>
    </w:rPr>
  </w:style>
  <w:style w:type="paragraph" w:customStyle="1" w:styleId="37">
    <w:name w:val="Quote"/>
    <w:basedOn w:val="0"/>
    <w:next w:val="0"/>
    <w:rPr>
      <w:i/>
      <w:iCs/>
      <w:color w:val="000000"/>
    </w:rPr>
  </w:style>
  <w:style w:type="paragraph" w:styleId="38">
    <w:name w:val="caption"/>
    <w:basedOn w:val="0"/>
    <w:next w:val="0"/>
    <w:pPr>
      <w:spacing w:line="240" w:lineRule="auto"/>
    </w:pPr>
    <w:rPr>
      <w:b/>
      <w:bCs/>
      <w:color w:val="4F81BD"/>
      <w:sz w:val="18"/>
      <w:szCs w:val="18"/>
    </w:rPr>
  </w:style>
  <w:style w:type="character" w:styleId="39">
    <w:name w:val="Strong"/>
    <w:basedOn w:val="10"/>
    <w:rPr>
      <w:b/>
      <w:bCs/>
    </w:rPr>
  </w:style>
  <w:style w:type="character" w:styleId="40">
    <w:name w:val="Emphasis"/>
    <w:basedOn w:val="10"/>
    <w:rPr>
      <w:i/>
      <w:iCs/>
    </w:rPr>
  </w:style>
  <w:style w:type="paragraph" w:customStyle="1" w:styleId="41">
    <w:name w:val="Intense Quote"/>
    <w:basedOn w:val="0"/>
    <w:next w:val="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2">
    <w:name w:val="Subtle Emphasis"/>
    <w:basedOn w:val="10"/>
    <w:rPr>
      <w:i/>
      <w:iCs/>
      <w:color w:val="808080"/>
    </w:rPr>
  </w:style>
  <w:style w:type="character" w:customStyle="1" w:styleId="43">
    <w:name w:val="Intense Emphasis"/>
    <w:basedOn w:val="10"/>
    <w:rPr>
      <w:b/>
      <w:bCs/>
      <w:i/>
      <w:iCs/>
      <w:color w:val="4F81BD"/>
    </w:rPr>
  </w:style>
  <w:style w:type="character" w:customStyle="1" w:styleId="44">
    <w:name w:val="Subtle Reference"/>
    <w:basedOn w:val="10"/>
    <w:rPr>
      <w:caps w:val="0"/>
      <w:smallCaps/>
      <w:color w:val="C0504D"/>
      <w:u w:val="single"/>
    </w:rPr>
  </w:style>
  <w:style w:type="character" w:customStyle="1" w:styleId="45">
    <w:name w:val="Intense Reference"/>
    <w:basedOn w:val="10"/>
    <w:rPr>
      <w:b/>
      <w:bCs/>
      <w:caps w:val="0"/>
      <w:smallCaps/>
      <w:color w:val="C0504D"/>
      <w:spacing w:val="5"/>
      <w:u w:val="single"/>
    </w:rPr>
  </w:style>
  <w:style w:type="character" w:customStyle="1" w:styleId="46">
    <w:name w:val="Book Title"/>
    <w:basedOn w:val="10"/>
    <w:rPr>
      <w:b/>
      <w:bCs/>
      <w:caps w:val="0"/>
      <w:smallCaps/>
      <w:spacing w:val="5"/>
    </w:rPr>
  </w:style>
  <w:style w:type="paragraph" w:customStyle="1" w:styleId="47">
    <w:name w:val="TOC Heading"/>
    <w:basedOn w:val="1"/>
    <w:next w:val="0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16</TotalTime>
  <Application>Yozo_Office</Application>
  <Pages>1</Pages>
  <Words>131</Words>
  <Characters>817</Characters>
  <Lines>30</Lines>
  <Paragraphs>10</Paragraphs>
  <CharactersWithSpaces>971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python-docx</dc:creator>
  <dc:description>generated by python-docx</dc:description>
  <cp:lastModifiedBy>Pengguna vivo</cp:lastModifiedBy>
  <cp:revision>2</cp:revision>
  <dcterms:created xsi:type="dcterms:W3CDTF">2013-12-23T23:15:00Z</dcterms:created>
  <dcterms:modified xsi:type="dcterms:W3CDTF">2026-06-19T13:28:47Z</dcterms:modified>
</cp:coreProperties>
</file>